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8E3B26"/>
          <w:sz w:val="18"/>
        </w:rPr>
        <w:t>MARÍA DE SAN JOSÉ (SALAZAR) · 1548-1603</w:t>
      </w:r>
    </w:p>
    <w:p>
      <w:r>
        <w:rPr>
          <w:sz w:val="44"/>
        </w:rPr>
        <w:t>Carta de adhesión personal</w:t>
      </w:r>
    </w:p>
    <w:p>
      <w:r>
        <w:t>Al Postulador General de la Orden de los Carmelitas Descalzos</w:t>
      </w:r>
    </w:p>
    <w:p>
      <w:r>
        <w:t>Causa de María de San José (Salazar), carmelita descalza (1548-1603)</w:t>
      </w:r>
    </w:p>
    <w:p>
      <w:r>
        <w:rPr>
          <w:color w:val="645444"/>
        </w:rPr>
        <w:t xml:space="preserve">Nombre y apellidos: </w:t>
      </w:r>
      <w:r>
        <w:t>____________________________________________________________</w:t>
      </w:r>
    </w:p>
    <w:p>
      <w:r>
        <w:rPr>
          <w:color w:val="645444"/>
        </w:rPr>
        <w:t xml:space="preserve">Localidad y país: </w:t>
      </w:r>
      <w:r>
        <w:t>____________________________________________________________</w:t>
      </w:r>
    </w:p>
    <w:p>
      <w:r>
        <w:t>Manifiesto mi adhesión a la petición de que se abra la causa de beatificación de María de San José (Salazar), carmelita descalza, priora de Sevilla y fundadora del Carmelo de Lisboa, por la fama de santidad que la acompaña y por el ejemplo de su vida.</w:t>
      </w:r>
    </w:p>
    <w:p>
      <w:r>
        <w:t>Si lo deseas, cuenta por qué la consideras santa, o si has leído algún libro o artículo sobre ella: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color w:val="645444"/>
        </w:rPr>
        <w:t xml:space="preserve">En (lugar y fecha): </w:t>
      </w:r>
      <w:r>
        <w:t>____________________________________________________________</w:t>
      </w:r>
    </w:p>
    <w:p>
      <w:r>
        <w:rPr>
          <w:color w:val="645444"/>
        </w:rPr>
        <w:t xml:space="preserve">Firma: </w:t>
      </w:r>
      <w:r>
        <w:t>____________________________________________________________</w:t>
      </w:r>
    </w:p>
    <w:p>
      <w:r>
        <w:rPr>
          <w:color w:val="645444"/>
          <w:sz w:val="17"/>
        </w:rPr>
        <w:t>Enviar a: Carmelitas Descalzas · C/ Santa Teresa, 7 · 41004 Sevilla (España)</w:t>
      </w:r>
    </w:p>
    <w:p>
      <w:r>
        <w:rPr>
          <w:color w:val="645444"/>
          <w:sz w:val="17"/>
        </w:rPr>
        <w:t>o desde mariadesanjosesalazar.com (sección Participa), o por correo a causamariadesanjose@gmail.com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adhesión personal. María de San José (Salazar)</dc:title>
  <dc:subject/>
  <dc:creator>Carmelitas Descalzas de Sevilla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