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8E3B26"/>
          <w:sz w:val="18"/>
        </w:rPr>
        <w:t>MARÍA DE SAN JOSÉ (SALAZAR) · 1548-1603</w:t>
      </w:r>
    </w:p>
    <w:p>
      <w:r>
        <w:rPr>
          <w:sz w:val="44"/>
        </w:rPr>
        <w:t>Testimonio de una gracia</w:t>
      </w:r>
    </w:p>
    <w:p>
      <w:r>
        <w:t>Testimonio de una gracia o favor atribuido a la intercesión de María de San José (Salazar).</w:t>
      </w:r>
    </w:p>
    <w:p>
      <w:r>
        <w:rPr>
          <w:color w:val="645444"/>
        </w:rPr>
        <w:t xml:space="preserve">Nombre y apellidos: </w:t>
      </w:r>
      <w:r>
        <w:t>____________________________________________________________</w:t>
      </w:r>
    </w:p>
    <w:p>
      <w:r>
        <w:rPr>
          <w:color w:val="645444"/>
        </w:rPr>
        <w:t xml:space="preserve">Dirección: </w:t>
      </w:r>
      <w:r>
        <w:t>____________________________________________________________</w:t>
      </w:r>
    </w:p>
    <w:p>
      <w:r>
        <w:rPr>
          <w:color w:val="645444"/>
        </w:rPr>
        <w:t xml:space="preserve">Localidad y país: </w:t>
      </w:r>
      <w:r>
        <w:t>____________________________________________________________</w:t>
      </w:r>
    </w:p>
    <w:p>
      <w:r>
        <w:rPr>
          <w:color w:val="645444"/>
        </w:rPr>
        <w:t xml:space="preserve">Teléfono y correo electrónico: </w:t>
      </w:r>
      <w:r>
        <w:t>____________________________________________________________</w:t>
      </w:r>
    </w:p>
    <w:p>
      <w:r>
        <w:rPr>
          <w:color w:val="645444"/>
        </w:rPr>
        <w:t xml:space="preserve">Persona que recibió la gracia, si no eres tú: </w:t>
      </w:r>
      <w:r>
        <w:t>____________________________________________________________</w:t>
      </w:r>
    </w:p>
    <w:p>
      <w:r>
        <w:rPr>
          <w:color w:val="645444"/>
        </w:rPr>
        <w:t xml:space="preserve">Fecha aproximada: </w:t>
      </w:r>
      <w:r>
        <w:t>____________________________________________________________</w:t>
      </w:r>
    </w:p>
    <w:p>
      <w:r>
        <w:t>Relato de lo sucedido (cómo se pidió su intercesión, qué ocurrió y cuándo):</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¿Hay informes médicos u otros documentos que lo acrediten? Si es así, adjunta una copia.</w:t>
      </w:r>
    </w:p>
    <w:p>
      <w:r>
        <w:t>☐ Consiento expresamente que los datos de salud contenidos en este testimonio sean tratados por las Carmelitas Descalzas del Convento de San José de Sevilla con la única finalidad de incorporarlos al archivo reservado de la causa (art. 9.2.a del Reglamento General de Protección de Datos).</w:t>
      </w:r>
    </w:p>
    <w:p>
      <w:r>
        <w:rPr>
          <w:color w:val="645444"/>
        </w:rPr>
        <w:t xml:space="preserve">En (lugar y fecha): </w:t>
      </w:r>
      <w:r>
        <w:t>____________________________________________________________</w:t>
      </w:r>
    </w:p>
    <w:p>
      <w:r>
        <w:rPr>
          <w:color w:val="645444"/>
        </w:rPr>
        <w:t xml:space="preserve">Firma: </w:t>
      </w:r>
      <w:r>
        <w:t>____________________________________________________________</w:t>
      </w:r>
    </w:p>
    <w:p>
      <w:r>
        <w:rPr>
          <w:color w:val="645444"/>
          <w:sz w:val="17"/>
        </w:rPr>
        <w:t>Enviar a: Carmelitas Descalzas · C/ Santa Teresa, 7 · 41004 Sevilla (España)</w:t>
      </w:r>
    </w:p>
    <w:p>
      <w:r>
        <w:rPr>
          <w:color w:val="645444"/>
          <w:sz w:val="17"/>
        </w:rPr>
        <w:t>o desde mariadesanjosesalazar.com (sección Participa), o por correo a causamariadesanjose@gmail.com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Testimonio de una gracia. María de San José (Salazar)</dc:title>
  <dc:subject/>
  <dc:creator>Carmelitas Descalzas de Sevilla</dc:creator>
  <cp:keywords/>
  <dc:description>generated by python-docx</dc:description>
  <cp:lastModifiedBy/>
  <cp:revision>1</cp:revision>
  <dcterms:created xsi:type="dcterms:W3CDTF">2013-12-23T23:15:00Z</dcterms:created>
  <dcterms:modified xsi:type="dcterms:W3CDTF">2013-12-23T23:15:00Z</dcterms:modified>
  <cp:category/>
</cp:coreProperties>
</file>